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F459B" w14:textId="78465711" w:rsidR="00EF7742" w:rsidRPr="00AF0CE2" w:rsidRDefault="00076B6F">
      <w:pPr>
        <w:pStyle w:val="Pealkiri"/>
        <w:rPr>
          <w:rFonts w:ascii="Arial" w:hAnsi="Arial" w:cs="Arial"/>
          <w:sz w:val="22"/>
          <w:szCs w:val="22"/>
        </w:rPr>
      </w:pPr>
      <w:r w:rsidRPr="00AF0CE2">
        <w:rPr>
          <w:rFonts w:ascii="Arial" w:hAnsi="Arial" w:cs="Arial"/>
          <w:sz w:val="22"/>
          <w:szCs w:val="22"/>
        </w:rPr>
        <w:t>SOTSIAALKINDLUSTUSAMETI ÜRITUSE KORRALDAMISE TEENUSE TELLIMUSVORM</w:t>
      </w:r>
    </w:p>
    <w:p w14:paraId="13A0A51A" w14:textId="77777777" w:rsidR="00076B6F" w:rsidRPr="00AF0CE2" w:rsidRDefault="00076B6F">
      <w:pPr>
        <w:pStyle w:val="Alapealkiri"/>
        <w:rPr>
          <w:rFonts w:ascii="Arial" w:hAnsi="Arial" w:cs="Arial"/>
          <w:sz w:val="22"/>
          <w:szCs w:val="22"/>
        </w:rPr>
      </w:pPr>
      <w:r w:rsidRPr="00AF0CE2">
        <w:rPr>
          <w:rFonts w:ascii="Arial" w:hAnsi="Arial" w:cs="Arial"/>
          <w:sz w:val="22"/>
          <w:szCs w:val="22"/>
        </w:rPr>
        <w:t xml:space="preserve">Meaningful Experience OÜ </w:t>
      </w:r>
    </w:p>
    <w:p w14:paraId="5BBE3328" w14:textId="14EA9FF4" w:rsidR="00EF7742" w:rsidRPr="00AF0CE2" w:rsidRDefault="00076B6F">
      <w:pPr>
        <w:pStyle w:val="Alapealkiri"/>
        <w:rPr>
          <w:rFonts w:ascii="Arial" w:hAnsi="Arial" w:cs="Arial"/>
          <w:sz w:val="22"/>
          <w:szCs w:val="22"/>
        </w:rPr>
      </w:pPr>
      <w:r w:rsidRPr="00AF0CE2">
        <w:rPr>
          <w:rFonts w:ascii="Arial" w:hAnsi="Arial" w:cs="Arial"/>
          <w:sz w:val="22"/>
          <w:szCs w:val="22"/>
        </w:rPr>
        <w:t>Raamleping nr 5.2-9/6332-1; Riigihanke viitenumber 303358</w:t>
      </w:r>
    </w:p>
    <w:p w14:paraId="2ABD7C4B" w14:textId="77777777" w:rsidR="00EF7742" w:rsidRPr="00AF0CE2" w:rsidRDefault="00076B6F" w:rsidP="00AF0CE2">
      <w:pPr>
        <w:jc w:val="both"/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>Täida üldandmed ja ainult tellitavate teenuste väljad. Kui info ei ole veel teada, märgi „täpsustamisel“. Saada vorm aadressidele toomas.tonts@mxp.ee ja hello@mxp.ee.</w:t>
      </w:r>
    </w:p>
    <w:p w14:paraId="42561F44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1. Ürituse üldandmed</w:t>
      </w:r>
    </w:p>
    <w:p w14:paraId="7CFA3B42" w14:textId="0BC18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nimetus:  </w:t>
      </w:r>
      <w:sdt>
        <w:sdtPr>
          <w:rPr>
            <w:rFonts w:ascii="Arial" w:hAnsi="Arial" w:cs="Arial"/>
            <w:sz w:val="22"/>
          </w:rPr>
          <w:tag w:val="field_1001"/>
          <w:id w:val="1001"/>
          <w:text w:multiLine="1"/>
        </w:sdtPr>
        <w:sdtEndPr/>
        <w:sdtContent>
          <w:r w:rsidR="00B239A0">
            <w:rPr>
              <w:rFonts w:ascii="Arial" w:hAnsi="Arial" w:cs="Arial"/>
              <w:sz w:val="22"/>
            </w:rPr>
            <w:t>Teenusedisaini koostöökohtumine</w:t>
          </w:r>
        </w:sdtContent>
      </w:sdt>
    </w:p>
    <w:p w14:paraId="26C03EBA" w14:textId="5C4A5FFE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lühikirjeldus ja eesmärk:  </w:t>
      </w:r>
      <w:sdt>
        <w:sdtPr>
          <w:rPr>
            <w:rFonts w:ascii="Arial" w:hAnsi="Arial" w:cs="Arial"/>
            <w:sz w:val="22"/>
          </w:rPr>
          <w:tag w:val="field_1002"/>
          <w:id w:val="1002"/>
          <w:text w:multiLine="1"/>
        </w:sdtPr>
        <w:sdtEndPr/>
        <w:sdtContent>
          <w:r w:rsidR="00B239A0">
            <w:rPr>
              <w:rFonts w:ascii="Arial" w:hAnsi="Arial" w:cs="Arial"/>
              <w:sz w:val="22"/>
            </w:rPr>
            <w:t>Meditsiinilise kinnise lasteasutuse teenuse arendus</w:t>
          </w:r>
        </w:sdtContent>
      </w:sdt>
    </w:p>
    <w:p w14:paraId="383320D7" w14:textId="6F2BD36A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Toimumise kuupäev või ajavahemik:  </w:t>
      </w:r>
      <w:sdt>
        <w:sdtPr>
          <w:rPr>
            <w:rFonts w:ascii="Arial" w:hAnsi="Arial" w:cs="Arial"/>
            <w:sz w:val="22"/>
          </w:rPr>
          <w:tag w:val="field_1003"/>
          <w:id w:val="1003"/>
          <w:text w:multiLine="1"/>
        </w:sdtPr>
        <w:sdtEndPr/>
        <w:sdtContent>
          <w:r w:rsidR="00B239A0">
            <w:rPr>
              <w:rFonts w:ascii="Arial" w:hAnsi="Arial" w:cs="Arial"/>
              <w:sz w:val="22"/>
            </w:rPr>
            <w:t>3.11</w:t>
          </w:r>
        </w:sdtContent>
      </w:sdt>
    </w:p>
    <w:p w14:paraId="1C7FA595" w14:textId="0A36B829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algus- ja lõpuaeg:  </w:t>
      </w:r>
      <w:sdt>
        <w:sdtPr>
          <w:rPr>
            <w:rFonts w:ascii="Arial" w:hAnsi="Arial" w:cs="Arial"/>
            <w:sz w:val="22"/>
          </w:rPr>
          <w:tag w:val="field_1004"/>
          <w:id w:val="1004"/>
          <w:text w:multiLine="1"/>
        </w:sdtPr>
        <w:sdtEndPr/>
        <w:sdtContent>
          <w:r w:rsidR="00B239A0">
            <w:rPr>
              <w:rFonts w:ascii="Arial" w:hAnsi="Arial" w:cs="Arial"/>
              <w:sz w:val="22"/>
            </w:rPr>
            <w:t xml:space="preserve">9.45-15.15 </w:t>
          </w:r>
        </w:sdtContent>
      </w:sdt>
    </w:p>
    <w:p w14:paraId="680017EC" w14:textId="7979A0D6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toimumise linn/piirkond:  </w:t>
      </w:r>
      <w:sdt>
        <w:sdtPr>
          <w:rPr>
            <w:rFonts w:ascii="Arial" w:hAnsi="Arial" w:cs="Arial"/>
            <w:sz w:val="22"/>
          </w:rPr>
          <w:tag w:val="field_1005"/>
          <w:id w:val="1005"/>
          <w:text w:multiLine="1"/>
        </w:sdtPr>
        <w:sdtEndPr/>
        <w:sdtContent>
          <w:r w:rsidR="00B239A0">
            <w:rPr>
              <w:rFonts w:ascii="Arial" w:hAnsi="Arial" w:cs="Arial"/>
              <w:sz w:val="22"/>
            </w:rPr>
            <w:t>Tartu vald</w:t>
          </w:r>
        </w:sdtContent>
      </w:sdt>
    </w:p>
    <w:p w14:paraId="66A2ADEC" w14:textId="2617D4C9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toimumiskoht:  </w:t>
      </w:r>
      <w:r w:rsidR="00B239A0">
        <w:rPr>
          <w:rFonts w:ascii="Arial" w:hAnsi="Arial" w:cs="Arial"/>
          <w:b/>
          <w:sz w:val="22"/>
        </w:rPr>
        <w:t>AS Hoolekandeteenused Emajõe keskus</w:t>
      </w:r>
    </w:p>
    <w:p w14:paraId="09F713E0" w14:textId="362E21AC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06"/>
          <w:id w:val="1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0CE2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Teenuseosutaja leiab koha   </w:t>
      </w:r>
      <w:sdt>
        <w:sdtPr>
          <w:rPr>
            <w:rFonts w:ascii="Arial" w:hAnsi="Arial" w:cs="Arial"/>
            <w:sz w:val="22"/>
          </w:rPr>
          <w:tag w:val="checkbox_1007"/>
          <w:id w:val="1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SKA kontor / riigimaja   </w:t>
      </w:r>
      <w:sdt>
        <w:sdtPr>
          <w:rPr>
            <w:rFonts w:ascii="Arial" w:hAnsi="Arial" w:cs="Arial"/>
            <w:sz w:val="22"/>
          </w:rPr>
          <w:tag w:val="checkbox_1008"/>
          <w:id w:val="10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C595E">
            <w:rPr>
              <w:rFonts w:ascii="MS Gothic" w:eastAsia="MS Gothic" w:hAnsi="MS Gothic" w:cs="Arial" w:hint="eastAsia"/>
              <w:sz w:val="22"/>
            </w:rPr>
            <w:t>☒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Muu tellija määratud asukoht</w:t>
      </w:r>
    </w:p>
    <w:p w14:paraId="66C22362" w14:textId="69F7440A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Täpne aadress ja ruumi nimi/number:  </w:t>
      </w:r>
      <w:sdt>
        <w:sdtPr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ag w:val="field_1009"/>
          <w:id w:val="1009"/>
          <w:text w:multiLine="1"/>
        </w:sdtPr>
        <w:sdtEndPr/>
        <w:sdtContent>
          <w:r w:rsidR="00CC595E">
            <w:rPr>
              <w:rFonts w:ascii="Arial" w:hAnsi="Arial" w:cs="Arial"/>
              <w:color w:val="000000"/>
              <w:sz w:val="20"/>
              <w:szCs w:val="20"/>
              <w:shd w:val="clear" w:color="auto" w:fill="FFFFFF"/>
            </w:rPr>
            <w:t xml:space="preserve">AS Hoolekandeteenused, Emajõe keskus, </w:t>
          </w:r>
          <w:r w:rsidR="00CC595E" w:rsidRPr="00CC595E">
            <w:rPr>
              <w:rFonts w:ascii="Arial" w:hAnsi="Arial" w:cs="Arial" w:hint="eastAsia"/>
              <w:color w:val="000000"/>
              <w:sz w:val="20"/>
              <w:szCs w:val="20"/>
              <w:shd w:val="clear" w:color="auto" w:fill="FFFFFF"/>
            </w:rPr>
            <w:t>Kaveri tee 3, Kaagvere küla, Kastre vald, 62317 Tartu maakond</w:t>
          </w:r>
        </w:sdtContent>
      </w:sdt>
    </w:p>
    <w:p w14:paraId="40D44A7B" w14:textId="6955069D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Osalejate eeldatav arv:  </w:t>
      </w:r>
      <w:sdt>
        <w:sdtPr>
          <w:rPr>
            <w:rFonts w:ascii="Arial" w:hAnsi="Arial" w:cs="Arial"/>
            <w:sz w:val="22"/>
            <w:highlight w:val="yellow"/>
          </w:rPr>
          <w:tag w:val="field_1010"/>
          <w:id w:val="1010"/>
          <w:text w:multiLine="1"/>
        </w:sdtPr>
        <w:sdtEndPr/>
        <w:sdtContent>
          <w:r w:rsidR="00B239A0">
            <w:rPr>
              <w:rFonts w:ascii="Arial" w:hAnsi="Arial" w:cs="Arial"/>
              <w:sz w:val="22"/>
              <w:highlight w:val="yellow"/>
            </w:rPr>
            <w:t>15</w:t>
          </w:r>
        </w:sdtContent>
      </w:sdt>
    </w:p>
    <w:p w14:paraId="2B3A2F65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formaat:  </w:t>
      </w:r>
    </w:p>
    <w:p w14:paraId="7238FFF1" w14:textId="3AE877D8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11"/>
          <w:id w:val="10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C595E">
            <w:rPr>
              <w:rFonts w:ascii="MS Gothic" w:eastAsia="MS Gothic" w:hAnsi="MS Gothic" w:cs="Arial" w:hint="eastAsia"/>
              <w:sz w:val="22"/>
            </w:rPr>
            <w:t>☒</w:t>
          </w:r>
        </w:sdtContent>
      </w:sdt>
      <w:r w:rsidR="00076B6F" w:rsidRPr="00AF0CE2">
        <w:rPr>
          <w:rFonts w:ascii="Arial" w:hAnsi="Arial" w:cs="Arial"/>
          <w:sz w:val="22"/>
        </w:rPr>
        <w:t xml:space="preserve"> Kontaktüritus   </w:t>
      </w:r>
      <w:sdt>
        <w:sdtPr>
          <w:rPr>
            <w:rFonts w:ascii="Arial" w:hAnsi="Arial" w:cs="Arial"/>
            <w:sz w:val="22"/>
          </w:rPr>
          <w:tag w:val="checkbox_1012"/>
          <w:id w:val="1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Hübriidüritus   </w:t>
      </w:r>
      <w:sdt>
        <w:sdtPr>
          <w:rPr>
            <w:rFonts w:ascii="Arial" w:hAnsi="Arial" w:cs="Arial"/>
            <w:sz w:val="22"/>
          </w:rPr>
          <w:tag w:val="checkbox_1013"/>
          <w:id w:val="1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Virtuaalüritus</w:t>
      </w:r>
    </w:p>
    <w:p w14:paraId="0FBFC0FB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2. Tellitavad teenused</w:t>
      </w:r>
    </w:p>
    <w:p w14:paraId="4A5B1D8C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i/>
          <w:sz w:val="22"/>
        </w:rPr>
        <w:t>Märgi kõik vajalikud teenused.</w:t>
      </w:r>
    </w:p>
    <w:p w14:paraId="24895ED3" w14:textId="58FA3D99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14"/>
          <w:id w:val="1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Ruumide rent   </w:t>
      </w:r>
      <w:sdt>
        <w:sdtPr>
          <w:rPr>
            <w:rFonts w:ascii="Arial" w:hAnsi="Arial" w:cs="Arial"/>
            <w:sz w:val="22"/>
          </w:rPr>
          <w:tag w:val="checkbox_1015"/>
          <w:id w:val="10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C595E">
            <w:rPr>
              <w:rFonts w:ascii="MS Gothic" w:eastAsia="MS Gothic" w:hAnsi="MS Gothic" w:cs="Arial" w:hint="eastAsia"/>
              <w:sz w:val="22"/>
            </w:rPr>
            <w:t>☒</w:t>
          </w:r>
        </w:sdtContent>
      </w:sdt>
      <w:r w:rsidR="00076B6F" w:rsidRPr="00AF0CE2">
        <w:rPr>
          <w:rFonts w:ascii="Arial" w:hAnsi="Arial" w:cs="Arial"/>
          <w:sz w:val="22"/>
        </w:rPr>
        <w:t xml:space="preserve"> Toitlustus   </w:t>
      </w:r>
      <w:sdt>
        <w:sdtPr>
          <w:rPr>
            <w:rFonts w:ascii="Arial" w:hAnsi="Arial" w:cs="Arial"/>
            <w:sz w:val="22"/>
          </w:rPr>
          <w:tag w:val="checkbox_1016"/>
          <w:id w:val="1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Majutus koos ruumide rendiga</w:t>
      </w:r>
    </w:p>
    <w:p w14:paraId="45078BC2" w14:textId="2728F5DE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17"/>
          <w:id w:val="1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Tehnilised vahendid   </w:t>
      </w:r>
      <w:sdt>
        <w:sdtPr>
          <w:rPr>
            <w:rFonts w:ascii="Arial" w:hAnsi="Arial" w:cs="Arial"/>
            <w:sz w:val="22"/>
          </w:rPr>
          <w:tag w:val="checkbox_1018"/>
          <w:id w:val="1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Sünkroontõlge   </w:t>
      </w:r>
      <w:sdt>
        <w:sdtPr>
          <w:rPr>
            <w:rFonts w:ascii="Arial" w:hAnsi="Arial" w:cs="Arial"/>
            <w:sz w:val="22"/>
          </w:rPr>
          <w:tag w:val="checkbox_1019"/>
          <w:id w:val="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95E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Muu: </w:t>
      </w:r>
      <w:sdt>
        <w:sdtPr>
          <w:rPr>
            <w:rFonts w:ascii="Arial" w:hAnsi="Arial" w:cs="Arial"/>
            <w:sz w:val="22"/>
          </w:rPr>
          <w:tag w:val="field_1020"/>
          <w:id w:val="1020"/>
          <w:showingPlcHdr/>
          <w:text w:multiLine="1"/>
        </w:sdtPr>
        <w:sdtEndPr/>
        <w:sdtContent>
          <w:r w:rsidR="00076B6F"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7479715E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Sünkroontõlke keeled ja tõlkesuunad (ühesuunaline või kahesuunaline): </w:t>
      </w:r>
      <w:sdt>
        <w:sdtPr>
          <w:rPr>
            <w:rFonts w:ascii="Arial" w:hAnsi="Arial" w:cs="Arial"/>
            <w:sz w:val="22"/>
          </w:rPr>
          <w:tag w:val="field_1021"/>
          <w:id w:val="1085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4D8979C7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3. Nõuded ruumidele</w:t>
      </w:r>
    </w:p>
    <w:p w14:paraId="2E119B24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i/>
          <w:sz w:val="22"/>
        </w:rPr>
        <w:t>Täida, kui soovid tellida ruume.</w:t>
      </w:r>
    </w:p>
    <w:p w14:paraId="70C2A0AA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Ruumide arv ja otstarve:  </w:t>
      </w:r>
      <w:sdt>
        <w:sdtPr>
          <w:rPr>
            <w:rFonts w:ascii="Arial" w:hAnsi="Arial" w:cs="Arial"/>
            <w:sz w:val="22"/>
          </w:rPr>
          <w:tag w:val="field_1021"/>
          <w:id w:val="1021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71FF1350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Soovitud ruumipaigutus:  </w:t>
      </w:r>
    </w:p>
    <w:p w14:paraId="6194E11E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22"/>
          <w:id w:val="1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Teatristiil   </w:t>
      </w:r>
      <w:sdt>
        <w:sdtPr>
          <w:rPr>
            <w:rFonts w:ascii="Arial" w:hAnsi="Arial" w:cs="Arial"/>
            <w:sz w:val="22"/>
          </w:rPr>
          <w:tag w:val="checkbox_1023"/>
          <w:id w:val="1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Klassiruum   </w:t>
      </w:r>
      <w:sdt>
        <w:sdtPr>
          <w:rPr>
            <w:rFonts w:ascii="Arial" w:hAnsi="Arial" w:cs="Arial"/>
            <w:sz w:val="22"/>
          </w:rPr>
          <w:tag w:val="checkbox_1024"/>
          <w:id w:val="1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U-kujuline   </w:t>
      </w:r>
      <w:sdt>
        <w:sdtPr>
          <w:rPr>
            <w:rFonts w:ascii="Arial" w:hAnsi="Arial" w:cs="Arial"/>
            <w:sz w:val="22"/>
          </w:rPr>
          <w:tag w:val="checkbox_1025"/>
          <w:id w:val="1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Ümarlauad   </w:t>
      </w:r>
      <w:sdt>
        <w:sdtPr>
          <w:rPr>
            <w:rFonts w:ascii="Arial" w:hAnsi="Arial" w:cs="Arial"/>
            <w:sz w:val="22"/>
          </w:rPr>
          <w:tag w:val="checkbox_1026"/>
          <w:id w:val="1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Muu</w:t>
      </w:r>
    </w:p>
    <w:p w14:paraId="278D1BE2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Ruumide kasutamise kellaaeg (sh ettevalmistus):  </w:t>
      </w:r>
      <w:sdt>
        <w:sdtPr>
          <w:rPr>
            <w:rFonts w:ascii="Arial" w:hAnsi="Arial" w:cs="Arial"/>
            <w:sz w:val="22"/>
          </w:rPr>
          <w:tag w:val="field_1027"/>
          <w:id w:val="1027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6B737ABA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Ligipääsetavuse erivajadused:  </w:t>
      </w:r>
      <w:sdt>
        <w:sdtPr>
          <w:rPr>
            <w:rFonts w:ascii="Arial" w:hAnsi="Arial" w:cs="Arial"/>
            <w:sz w:val="22"/>
          </w:rPr>
          <w:tag w:val="field_1028"/>
          <w:id w:val="1028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4838124D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Muud nõuded ruumidele või asukohale:  </w:t>
      </w:r>
      <w:sdt>
        <w:sdtPr>
          <w:rPr>
            <w:rFonts w:ascii="Arial" w:hAnsi="Arial" w:cs="Arial"/>
            <w:sz w:val="22"/>
          </w:rPr>
          <w:tag w:val="field_1029"/>
          <w:id w:val="1029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2A2300FF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B80A3D">
        <w:rPr>
          <w:rFonts w:ascii="Arial" w:hAnsi="Arial" w:cs="Arial"/>
          <w:szCs w:val="22"/>
          <w:highlight w:val="yellow"/>
        </w:rPr>
        <w:lastRenderedPageBreak/>
        <w:t>4. Toitlustus</w:t>
      </w:r>
    </w:p>
    <w:p w14:paraId="1BE9F521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i/>
          <w:sz w:val="22"/>
        </w:rPr>
        <w:t>Täida, kui soovid tellida toitlustust.</w:t>
      </w:r>
    </w:p>
    <w:p w14:paraId="796DB931" w14:textId="02894700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Toitlustatavate arv:  </w:t>
      </w:r>
      <w:sdt>
        <w:sdtPr>
          <w:rPr>
            <w:rFonts w:ascii="Arial" w:hAnsi="Arial" w:cs="Arial"/>
            <w:sz w:val="22"/>
            <w:highlight w:val="yellow"/>
          </w:rPr>
          <w:tag w:val="field_1030"/>
          <w:id w:val="1030"/>
          <w:text w:multiLine="1"/>
        </w:sdtPr>
        <w:sdtEndPr/>
        <w:sdtContent>
          <w:r w:rsidR="00B80A3D" w:rsidRPr="00B80A3D">
            <w:rPr>
              <w:rFonts w:ascii="Arial" w:hAnsi="Arial" w:cs="Arial"/>
              <w:sz w:val="22"/>
              <w:highlight w:val="yellow"/>
            </w:rPr>
            <w:t>1</w:t>
          </w:r>
          <w:r w:rsidR="00B239A0">
            <w:rPr>
              <w:rFonts w:ascii="Arial" w:hAnsi="Arial" w:cs="Arial"/>
              <w:sz w:val="22"/>
              <w:highlight w:val="yellow"/>
            </w:rPr>
            <w:t>5</w:t>
          </w:r>
        </w:sdtContent>
      </w:sdt>
    </w:p>
    <w:p w14:paraId="01669493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Soovitud toitlustus ja kellaajad:  </w:t>
      </w:r>
    </w:p>
    <w:p w14:paraId="137A91F7" w14:textId="035DC55C" w:rsidR="007626AA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31"/>
          <w:id w:val="103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C595E">
            <w:rPr>
              <w:rFonts w:ascii="MS Gothic" w:eastAsia="MS Gothic" w:hAnsi="MS Gothic" w:cs="Arial" w:hint="eastAsia"/>
              <w:sz w:val="22"/>
            </w:rPr>
            <w:t>☒</w:t>
          </w:r>
        </w:sdtContent>
      </w:sdt>
      <w:r w:rsidR="00076B6F" w:rsidRPr="00AF0CE2">
        <w:rPr>
          <w:rFonts w:ascii="Arial" w:hAnsi="Arial" w:cs="Arial"/>
          <w:sz w:val="22"/>
        </w:rPr>
        <w:t xml:space="preserve"> Hommikukohv: </w:t>
      </w:r>
      <w:sdt>
        <w:sdtPr>
          <w:rPr>
            <w:rFonts w:ascii="Arial" w:hAnsi="Arial" w:cs="Arial"/>
            <w:sz w:val="22"/>
          </w:rPr>
          <w:tag w:val="field_1032"/>
          <w:id w:val="1032"/>
          <w:text w:multiLine="1"/>
        </w:sdtPr>
        <w:sdtEndPr/>
        <w:sdtContent>
          <w:r w:rsidR="007626AA" w:rsidRPr="007626AA">
            <w:rPr>
              <w:rFonts w:ascii="Arial" w:hAnsi="Arial" w:cs="Arial" w:hint="eastAsia"/>
              <w:sz w:val="22"/>
            </w:rPr>
            <w:t>Hommikune tervituslaud - vesi, kohv, tee, mesi, suhkur, täidetud täistera võileib/pirukas/croissant, marjasmuuti</w:t>
          </w:r>
          <w:r>
            <w:rPr>
              <w:rFonts w:ascii="Arial" w:hAnsi="Arial" w:cs="Arial"/>
              <w:sz w:val="22"/>
            </w:rPr>
            <w:t xml:space="preserve">. </w:t>
          </w:r>
          <w:r w:rsidR="007626AA" w:rsidRPr="007626AA">
            <w:rPr>
              <w:rFonts w:ascii="Arial" w:hAnsi="Arial" w:cs="Arial" w:hint="eastAsia"/>
              <w:sz w:val="22"/>
            </w:rPr>
            <w:t>Kohvi/tee kõrvale tüki šokolaad või komm</w:t>
          </w:r>
          <w:r w:rsidR="007626AA" w:rsidRPr="007626AA">
            <w:rPr>
              <w:rFonts w:ascii="Arial" w:hAnsi="Arial" w:cs="Arial"/>
              <w:sz w:val="22"/>
            </w:rPr>
            <w:t>,</w:t>
          </w:r>
          <w:r w:rsidR="007626AA">
            <w:rPr>
              <w:rFonts w:ascii="Arial" w:hAnsi="Arial" w:cs="Arial"/>
              <w:sz w:val="22"/>
            </w:rPr>
            <w:br/>
          </w:r>
          <w:r w:rsidR="007626AA" w:rsidRPr="007626AA">
            <w:rPr>
              <w:rFonts w:ascii="Arial" w:hAnsi="Arial" w:cs="Arial" w:hint="eastAsia"/>
              <w:sz w:val="22"/>
            </w:rPr>
            <w:t>9.45-10.15  Kogunemine + kohv/tee ja kerge kehakinnitus</w:t>
          </w:r>
        </w:sdtContent>
      </w:sdt>
    </w:p>
    <w:p w14:paraId="575E83F9" w14:textId="0F9CF548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 xml:space="preserve">  </w:t>
      </w:r>
      <w:sdt>
        <w:sdtPr>
          <w:rPr>
            <w:rFonts w:ascii="Arial" w:hAnsi="Arial" w:cs="Arial"/>
            <w:sz w:val="22"/>
          </w:rPr>
          <w:tag w:val="checkbox_1033"/>
          <w:id w:val="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Pr="00AF0CE2">
        <w:rPr>
          <w:rFonts w:ascii="Arial" w:hAnsi="Arial" w:cs="Arial"/>
          <w:sz w:val="22"/>
        </w:rPr>
        <w:t xml:space="preserve"> Lõunasöök: </w:t>
      </w:r>
      <w:sdt>
        <w:sdtPr>
          <w:rPr>
            <w:rFonts w:ascii="Arial" w:hAnsi="Arial" w:cs="Arial"/>
            <w:sz w:val="22"/>
          </w:rPr>
          <w:tag w:val="field_1034"/>
          <w:id w:val="1034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4C2A58C9" w14:textId="383EF514" w:rsidR="007626AA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35"/>
          <w:id w:val="10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C595E">
            <w:rPr>
              <w:rFonts w:ascii="MS Gothic" w:eastAsia="MS Gothic" w:hAnsi="MS Gothic" w:cs="Arial" w:hint="eastAsia"/>
              <w:sz w:val="22"/>
            </w:rPr>
            <w:t>☒</w:t>
          </w:r>
        </w:sdtContent>
      </w:sdt>
      <w:r w:rsidR="00076B6F" w:rsidRPr="00AF0CE2">
        <w:rPr>
          <w:rFonts w:ascii="Arial" w:hAnsi="Arial" w:cs="Arial"/>
          <w:sz w:val="22"/>
        </w:rPr>
        <w:t xml:space="preserve"> Pärastlõunane kohvipaus: </w:t>
      </w:r>
      <w:sdt>
        <w:sdtPr>
          <w:rPr>
            <w:rFonts w:ascii="Arial" w:hAnsi="Arial" w:cs="Arial"/>
            <w:sz w:val="22"/>
          </w:rPr>
          <w:tag w:val="field_1036"/>
          <w:id w:val="1036"/>
          <w:text w:multiLine="1"/>
        </w:sdtPr>
        <w:sdtEndPr/>
        <w:sdtContent>
          <w:r w:rsidR="007626AA" w:rsidRPr="007626AA">
            <w:rPr>
              <w:rFonts w:ascii="Arial" w:hAnsi="Arial" w:cs="Arial" w:hint="eastAsia"/>
              <w:sz w:val="22"/>
            </w:rPr>
            <w:t xml:space="preserve">vesi, kohv, tee, </w:t>
          </w:r>
          <w:r w:rsidR="007626AA" w:rsidRPr="007626AA">
            <w:rPr>
              <w:rFonts w:ascii="Arial" w:hAnsi="Arial" w:cs="Arial"/>
              <w:sz w:val="22"/>
            </w:rPr>
            <w:t xml:space="preserve">dip  ja </w:t>
          </w:r>
          <w:r w:rsidR="007626AA" w:rsidRPr="007626AA">
            <w:rPr>
              <w:rFonts w:ascii="Arial" w:hAnsi="Arial" w:cs="Arial" w:hint="eastAsia"/>
              <w:sz w:val="22"/>
            </w:rPr>
            <w:t>puuvilja- ja juur/köögivilj</w:t>
          </w:r>
          <w:r w:rsidR="007626AA" w:rsidRPr="007626AA">
            <w:rPr>
              <w:rFonts w:ascii="Arial" w:hAnsi="Arial" w:cs="Arial"/>
              <w:sz w:val="22"/>
            </w:rPr>
            <w:t xml:space="preserve">ad </w:t>
          </w:r>
          <w:r w:rsidR="007626AA">
            <w:rPr>
              <w:rFonts w:ascii="Arial" w:hAnsi="Arial" w:cs="Arial"/>
              <w:sz w:val="22"/>
            </w:rPr>
            <w:br/>
          </w:r>
          <w:r w:rsidR="007626AA" w:rsidRPr="007626AA">
            <w:rPr>
              <w:rFonts w:ascii="Arial" w:hAnsi="Arial" w:cs="Arial" w:hint="eastAsia"/>
              <w:sz w:val="22"/>
            </w:rPr>
            <w:t>15.00</w:t>
          </w:r>
          <w:r>
            <w:rPr>
              <w:rFonts w:ascii="Arial" w:hAnsi="Arial" w:cs="Arial"/>
              <w:sz w:val="22"/>
            </w:rPr>
            <w:t>-15.15</w:t>
          </w:r>
          <w:r w:rsidR="007626AA" w:rsidRPr="007626AA">
            <w:rPr>
              <w:rFonts w:ascii="Arial" w:hAnsi="Arial" w:cs="Arial" w:hint="eastAsia"/>
              <w:sz w:val="22"/>
            </w:rPr>
            <w:t xml:space="preserve"> Lõpp + kohv/tee ja kerge kehakinnitus</w:t>
          </w:r>
        </w:sdtContent>
      </w:sdt>
      <w:r w:rsidR="00076B6F" w:rsidRPr="00AF0CE2">
        <w:rPr>
          <w:rFonts w:ascii="Arial" w:hAnsi="Arial" w:cs="Arial"/>
          <w:sz w:val="22"/>
        </w:rPr>
        <w:t xml:space="preserve"> </w:t>
      </w:r>
    </w:p>
    <w:p w14:paraId="5FF9C69E" w14:textId="1409846F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 xml:space="preserve">  </w:t>
      </w:r>
      <w:sdt>
        <w:sdtPr>
          <w:rPr>
            <w:rFonts w:ascii="Arial" w:hAnsi="Arial" w:cs="Arial"/>
            <w:sz w:val="22"/>
          </w:rPr>
          <w:tag w:val="checkbox_1037"/>
          <w:id w:val="1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Pr="00AF0CE2">
        <w:rPr>
          <w:rFonts w:ascii="Arial" w:hAnsi="Arial" w:cs="Arial"/>
          <w:sz w:val="22"/>
        </w:rPr>
        <w:t xml:space="preserve"> Õhtusöök: </w:t>
      </w:r>
      <w:sdt>
        <w:sdtPr>
          <w:rPr>
            <w:rFonts w:ascii="Arial" w:hAnsi="Arial" w:cs="Arial"/>
            <w:sz w:val="22"/>
          </w:rPr>
          <w:tag w:val="field_1038"/>
          <w:id w:val="1038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  <w:r w:rsidRPr="00AF0CE2">
        <w:rPr>
          <w:rFonts w:ascii="Arial" w:hAnsi="Arial" w:cs="Arial"/>
          <w:sz w:val="22"/>
        </w:rPr>
        <w:t xml:space="preserve">   </w:t>
      </w:r>
      <w:sdt>
        <w:sdtPr>
          <w:rPr>
            <w:rFonts w:ascii="Arial" w:hAnsi="Arial" w:cs="Arial"/>
            <w:sz w:val="22"/>
          </w:rPr>
          <w:tag w:val="checkbox_1039"/>
          <w:id w:val="1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Pr="00AF0CE2">
        <w:rPr>
          <w:rFonts w:ascii="Arial" w:hAnsi="Arial" w:cs="Arial"/>
          <w:sz w:val="22"/>
        </w:rPr>
        <w:t xml:space="preserve"> Muu: </w:t>
      </w:r>
      <w:sdt>
        <w:sdtPr>
          <w:rPr>
            <w:rFonts w:ascii="Arial" w:hAnsi="Arial" w:cs="Arial"/>
            <w:sz w:val="22"/>
          </w:rPr>
          <w:tag w:val="field_1040"/>
          <w:id w:val="1040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0C457491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Toitlustuse täpsem kirjeldus:  </w:t>
      </w:r>
      <w:sdt>
        <w:sdtPr>
          <w:rPr>
            <w:rFonts w:ascii="Arial" w:hAnsi="Arial" w:cs="Arial"/>
            <w:sz w:val="22"/>
          </w:rPr>
          <w:tag w:val="field_1041"/>
          <w:id w:val="1041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5F9597FF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Toitumise erivajadused:  </w:t>
      </w:r>
      <w:sdt>
        <w:sdtPr>
          <w:rPr>
            <w:rFonts w:ascii="Arial" w:hAnsi="Arial" w:cs="Arial"/>
            <w:sz w:val="22"/>
          </w:rPr>
          <w:tag w:val="field_1042"/>
          <w:id w:val="1042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08F4E9C2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Toitlustamiseks vajalik inventar ja lisateenused:  </w:t>
      </w:r>
    </w:p>
    <w:p w14:paraId="36B85BF8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43"/>
          <w:id w:val="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Pukklauad (kogus: </w:t>
      </w:r>
      <w:sdt>
        <w:sdtPr>
          <w:rPr>
            <w:rFonts w:ascii="Arial" w:hAnsi="Arial" w:cs="Arial"/>
            <w:sz w:val="22"/>
          </w:rPr>
          <w:tag w:val="field_1044"/>
          <w:id w:val="1044"/>
          <w:showingPlcHdr/>
          <w:text w:multiLine="1"/>
        </w:sdtPr>
        <w:sdtEndPr/>
        <w:sdtContent>
          <w:r w:rsidR="00076B6F"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  <w:r w:rsidR="00076B6F" w:rsidRPr="00AF0CE2">
        <w:rPr>
          <w:rFonts w:ascii="Arial" w:hAnsi="Arial" w:cs="Arial"/>
          <w:sz w:val="22"/>
        </w:rPr>
        <w:t xml:space="preserve">)   </w:t>
      </w:r>
      <w:sdt>
        <w:sdtPr>
          <w:rPr>
            <w:rFonts w:ascii="Arial" w:hAnsi="Arial" w:cs="Arial"/>
            <w:sz w:val="22"/>
          </w:rPr>
          <w:tag w:val="checkbox_1045"/>
          <w:id w:val="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Serveerimislauad   </w:t>
      </w:r>
      <w:sdt>
        <w:sdtPr>
          <w:rPr>
            <w:rFonts w:ascii="Arial" w:hAnsi="Arial" w:cs="Arial"/>
            <w:sz w:val="22"/>
          </w:rPr>
          <w:tag w:val="checkbox_1046"/>
          <w:id w:val="1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Lauad ja toolid</w:t>
      </w:r>
    </w:p>
    <w:p w14:paraId="59ACFE2D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47"/>
          <w:id w:val="1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Laudlinad   </w:t>
      </w:r>
      <w:sdt>
        <w:sdtPr>
          <w:rPr>
            <w:rFonts w:ascii="Arial" w:hAnsi="Arial" w:cs="Arial"/>
            <w:sz w:val="22"/>
          </w:rPr>
          <w:tag w:val="checkbox_1048"/>
          <w:id w:val="1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Teenindaja(d)   </w:t>
      </w:r>
      <w:sdt>
        <w:sdtPr>
          <w:rPr>
            <w:rFonts w:ascii="Arial" w:hAnsi="Arial" w:cs="Arial"/>
            <w:sz w:val="22"/>
          </w:rPr>
          <w:tag w:val="checkbox_1049"/>
          <w:id w:val="1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Muu: </w:t>
      </w:r>
      <w:sdt>
        <w:sdtPr>
          <w:rPr>
            <w:rFonts w:ascii="Arial" w:hAnsi="Arial" w:cs="Arial"/>
            <w:sz w:val="22"/>
          </w:rPr>
          <w:tag w:val="field_1050"/>
          <w:id w:val="1050"/>
          <w:showingPlcHdr/>
          <w:text w:multiLine="1"/>
        </w:sdtPr>
        <w:sdtEndPr/>
        <w:sdtContent>
          <w:r w:rsidR="00076B6F"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  <w:r w:rsidR="00076B6F" w:rsidRPr="00AF0CE2">
        <w:rPr>
          <w:rFonts w:ascii="Arial" w:hAnsi="Arial" w:cs="Arial"/>
          <w:sz w:val="22"/>
        </w:rPr>
        <w:t xml:space="preserve">   </w:t>
      </w:r>
      <w:sdt>
        <w:sdtPr>
          <w:rPr>
            <w:rFonts w:ascii="Arial" w:hAnsi="Arial" w:cs="Arial"/>
            <w:sz w:val="22"/>
          </w:rPr>
          <w:tag w:val="checkbox_1051"/>
          <w:id w:val="1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Täiendavat inventari ei ole vaja</w:t>
      </w:r>
    </w:p>
    <w:p w14:paraId="5C9FF051" w14:textId="5997A7BD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Muud toitlustusega seotud soovid:  </w:t>
      </w:r>
      <w:sdt>
        <w:sdtPr>
          <w:rPr>
            <w:rFonts w:ascii="Arial" w:hAnsi="Arial" w:cs="Arial"/>
            <w:b/>
            <w:bCs/>
            <w:sz w:val="22"/>
          </w:rPr>
          <w:tag w:val="field_1052"/>
          <w:id w:val="1052"/>
          <w:text w:multiLine="1"/>
        </w:sdtPr>
        <w:sdtEndPr/>
        <w:sdtContent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  <w:r w:rsidR="00B80A3D" w:rsidRPr="00B80A3D">
            <w:rPr>
              <w:rFonts w:ascii="Arial" w:hAnsi="Arial" w:cs="Arial" w:hint="eastAsia"/>
              <w:b/>
              <w:bCs/>
              <w:sz w:val="22"/>
            </w:rPr>
            <w:t xml:space="preserve">Päevakava: </w:t>
          </w:r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  <w:r w:rsidR="00B80A3D" w:rsidRPr="00B80A3D">
            <w:rPr>
              <w:rFonts w:ascii="Arial" w:hAnsi="Arial" w:cs="Arial" w:hint="eastAsia"/>
              <w:b/>
              <w:bCs/>
              <w:sz w:val="22"/>
            </w:rPr>
            <w:t>9.45-10.15  Kogunemine + kohv/tee ja kerge kehakinnitus</w:t>
          </w:r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  <w:r w:rsidR="00B80A3D" w:rsidRPr="00B80A3D">
            <w:rPr>
              <w:rFonts w:ascii="Arial" w:hAnsi="Arial" w:cs="Arial" w:hint="eastAsia"/>
              <w:b/>
              <w:bCs/>
              <w:sz w:val="22"/>
            </w:rPr>
            <w:t>10.15-12.45 Sisutöö</w:t>
          </w:r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  <w:r w:rsidR="00B80A3D" w:rsidRPr="00B80A3D">
            <w:rPr>
              <w:rFonts w:ascii="Arial" w:hAnsi="Arial" w:cs="Arial" w:hint="eastAsia"/>
              <w:b/>
              <w:bCs/>
              <w:sz w:val="22"/>
            </w:rPr>
            <w:t>12.45-13.15 LÕUNA</w:t>
          </w:r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  <w:r w:rsidR="00B80A3D" w:rsidRPr="00B80A3D">
            <w:rPr>
              <w:rFonts w:ascii="Arial" w:hAnsi="Arial" w:cs="Arial" w:hint="eastAsia"/>
              <w:b/>
              <w:bCs/>
              <w:sz w:val="22"/>
            </w:rPr>
            <w:t>13.15-15.00 Sisutöö</w:t>
          </w:r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  <w:r w:rsidR="00B80A3D" w:rsidRPr="00B80A3D">
            <w:rPr>
              <w:rFonts w:ascii="Arial" w:hAnsi="Arial" w:cs="Arial" w:hint="eastAsia"/>
              <w:b/>
              <w:bCs/>
              <w:sz w:val="22"/>
            </w:rPr>
            <w:t>15.00 Lõpp + kohv/tee ja kerge kehakinnitus</w:t>
          </w:r>
          <w:r w:rsidR="00B80A3D" w:rsidRPr="00B80A3D">
            <w:rPr>
              <w:rFonts w:ascii="Arial" w:hAnsi="Arial" w:cs="Arial"/>
              <w:b/>
              <w:bCs/>
              <w:sz w:val="22"/>
            </w:rPr>
            <w:br/>
          </w:r>
        </w:sdtContent>
      </w:sdt>
    </w:p>
    <w:p w14:paraId="7ED349CF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5. Majutus</w:t>
      </w:r>
    </w:p>
    <w:p w14:paraId="0AC38A1B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i/>
          <w:sz w:val="22"/>
        </w:rPr>
        <w:t>Majutust saab tellida ainult koos ruumide rendiga; majutus peab sisaldama hommikusööki.</w:t>
      </w:r>
    </w:p>
    <w:p w14:paraId="0A95E3B0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Majutujate arv:  </w:t>
      </w:r>
      <w:sdt>
        <w:sdtPr>
          <w:rPr>
            <w:rFonts w:ascii="Arial" w:hAnsi="Arial" w:cs="Arial"/>
            <w:sz w:val="22"/>
          </w:rPr>
          <w:tag w:val="field_1053"/>
          <w:id w:val="1053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334C7B0E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Saabumise ja lahkumise kuupäevad:  </w:t>
      </w:r>
      <w:sdt>
        <w:sdtPr>
          <w:rPr>
            <w:rFonts w:ascii="Arial" w:hAnsi="Arial" w:cs="Arial"/>
            <w:sz w:val="22"/>
          </w:rPr>
          <w:tag w:val="field_1054"/>
          <w:id w:val="1054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181990B2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Ööde arv:  </w:t>
      </w:r>
      <w:sdt>
        <w:sdtPr>
          <w:rPr>
            <w:rFonts w:ascii="Arial" w:hAnsi="Arial" w:cs="Arial"/>
            <w:sz w:val="22"/>
          </w:rPr>
          <w:tag w:val="field_1055"/>
          <w:id w:val="1055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27D0B084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Tubade jaotus:  </w:t>
      </w:r>
    </w:p>
    <w:p w14:paraId="0C10861B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56"/>
          <w:id w:val="1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Ühekohalised   </w:t>
      </w:r>
      <w:sdt>
        <w:sdtPr>
          <w:rPr>
            <w:rFonts w:ascii="Arial" w:hAnsi="Arial" w:cs="Arial"/>
            <w:sz w:val="22"/>
          </w:rPr>
          <w:tag w:val="checkbox_1057"/>
          <w:id w:val="1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Kahekohalised   </w:t>
      </w:r>
      <w:sdt>
        <w:sdtPr>
          <w:rPr>
            <w:rFonts w:ascii="Arial" w:hAnsi="Arial" w:cs="Arial"/>
            <w:sz w:val="22"/>
          </w:rPr>
          <w:tag w:val="checkbox_1058"/>
          <w:id w:val="1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Muu: </w:t>
      </w:r>
      <w:sdt>
        <w:sdtPr>
          <w:rPr>
            <w:rFonts w:ascii="Arial" w:hAnsi="Arial" w:cs="Arial"/>
            <w:sz w:val="22"/>
          </w:rPr>
          <w:tag w:val="field_1059"/>
          <w:id w:val="1059"/>
          <w:showingPlcHdr/>
          <w:text w:multiLine="1"/>
        </w:sdtPr>
        <w:sdtEndPr/>
        <w:sdtContent>
          <w:r w:rsidR="00076B6F"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70F57E97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Muud majutusega seotud soovid:  </w:t>
      </w:r>
      <w:sdt>
        <w:sdtPr>
          <w:rPr>
            <w:rFonts w:ascii="Arial" w:hAnsi="Arial" w:cs="Arial"/>
            <w:sz w:val="22"/>
          </w:rPr>
          <w:tag w:val="field_1060"/>
          <w:id w:val="1060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15065D52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6. Tehnilised vahendid ja muud teenused</w:t>
      </w:r>
    </w:p>
    <w:p w14:paraId="3036CD02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61"/>
          <w:id w:val="1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Projektor ja ekraan   </w:t>
      </w:r>
      <w:sdt>
        <w:sdtPr>
          <w:rPr>
            <w:rFonts w:ascii="Arial" w:hAnsi="Arial" w:cs="Arial"/>
            <w:sz w:val="22"/>
          </w:rPr>
          <w:tag w:val="checkbox_1062"/>
          <w:id w:val="1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Mikrofon(id)   </w:t>
      </w:r>
      <w:sdt>
        <w:sdtPr>
          <w:rPr>
            <w:rFonts w:ascii="Arial" w:hAnsi="Arial" w:cs="Arial"/>
            <w:sz w:val="22"/>
          </w:rPr>
          <w:tag w:val="checkbox_1063"/>
          <w:id w:val="1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Helitehnika</w:t>
      </w:r>
    </w:p>
    <w:p w14:paraId="4163A4BC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64"/>
          <w:id w:val="1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Pabertahvel ja markerid   </w:t>
      </w:r>
      <w:sdt>
        <w:sdtPr>
          <w:rPr>
            <w:rFonts w:ascii="Arial" w:hAnsi="Arial" w:cs="Arial"/>
            <w:sz w:val="22"/>
          </w:rPr>
          <w:tag w:val="checkbox_1065"/>
          <w:id w:val="1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Hübriidürituse tehnika   </w:t>
      </w:r>
      <w:sdt>
        <w:sdtPr>
          <w:rPr>
            <w:rFonts w:ascii="Arial" w:hAnsi="Arial" w:cs="Arial"/>
            <w:sz w:val="22"/>
          </w:rPr>
          <w:tag w:val="checkbox_1066"/>
          <w:id w:val="1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Sünkroontõlge</w:t>
      </w:r>
    </w:p>
    <w:p w14:paraId="26B3A66D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lastRenderedPageBreak/>
        <w:t xml:space="preserve">Tõlkekeeled, kogused ja täiendavad tehnilised nõuded:  </w:t>
      </w:r>
      <w:sdt>
        <w:sdtPr>
          <w:rPr>
            <w:rFonts w:ascii="Arial" w:hAnsi="Arial" w:cs="Arial"/>
            <w:sz w:val="22"/>
          </w:rPr>
          <w:tag w:val="field_1067"/>
          <w:id w:val="1067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55046D2D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Muud korralduslikud nõuded:  </w:t>
      </w:r>
      <w:sdt>
        <w:sdtPr>
          <w:rPr>
            <w:rFonts w:ascii="Arial" w:hAnsi="Arial" w:cs="Arial"/>
            <w:sz w:val="22"/>
          </w:rPr>
          <w:tag w:val="field_1068"/>
          <w:id w:val="1068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25DD3F6D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7. Eelarve ja rahastamine</w:t>
      </w:r>
    </w:p>
    <w:p w14:paraId="33D6F78A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maksimaalne eelarve:  </w:t>
      </w:r>
      <w:sdt>
        <w:sdtPr>
          <w:rPr>
            <w:rFonts w:ascii="Arial" w:hAnsi="Arial" w:cs="Arial"/>
            <w:sz w:val="22"/>
          </w:rPr>
          <w:tag w:val="field_1069"/>
          <w:id w:val="1069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  <w:r w:rsidRPr="00AF0CE2">
        <w:rPr>
          <w:rFonts w:ascii="Arial" w:hAnsi="Arial" w:cs="Arial"/>
          <w:sz w:val="22"/>
        </w:rPr>
        <w:t xml:space="preserve"> €  </w:t>
      </w:r>
      <w:sdt>
        <w:sdtPr>
          <w:rPr>
            <w:rFonts w:ascii="Arial" w:hAnsi="Arial" w:cs="Arial"/>
            <w:sz w:val="22"/>
          </w:rPr>
          <w:tag w:val="checkbox_1070"/>
          <w:id w:val="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Pr="00AF0CE2">
        <w:rPr>
          <w:rFonts w:ascii="Arial" w:hAnsi="Arial" w:cs="Arial"/>
          <w:sz w:val="22"/>
        </w:rPr>
        <w:t xml:space="preserve"> koos käibemaksuga  </w:t>
      </w:r>
      <w:sdt>
        <w:sdtPr>
          <w:rPr>
            <w:rFonts w:ascii="Arial" w:hAnsi="Arial" w:cs="Arial"/>
            <w:sz w:val="22"/>
          </w:rPr>
          <w:tag w:val="checkbox_1071"/>
          <w:id w:val="1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Pr="00AF0CE2">
        <w:rPr>
          <w:rFonts w:ascii="Arial" w:hAnsi="Arial" w:cs="Arial"/>
          <w:sz w:val="22"/>
        </w:rPr>
        <w:t xml:space="preserve"> ilma käibemaksuta (arvesta ka 16% teenustasuga)</w:t>
      </w:r>
    </w:p>
    <w:p w14:paraId="58E332C9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Rahastamisallikas:  </w:t>
      </w:r>
    </w:p>
    <w:p w14:paraId="1F203811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72"/>
          <w:id w:val="1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Riigieelarve   </w:t>
      </w:r>
      <w:sdt>
        <w:sdtPr>
          <w:rPr>
            <w:rFonts w:ascii="Arial" w:hAnsi="Arial" w:cs="Arial"/>
            <w:sz w:val="22"/>
          </w:rPr>
          <w:tag w:val="checkbox_1073"/>
          <w:id w:val="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Välisrahastus (sh ESF)   </w:t>
      </w:r>
      <w:sdt>
        <w:sdtPr>
          <w:rPr>
            <w:rFonts w:ascii="Arial" w:hAnsi="Arial" w:cs="Arial"/>
            <w:sz w:val="22"/>
          </w:rPr>
          <w:tag w:val="checkbox_1074"/>
          <w:id w:val="1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Muu: </w:t>
      </w:r>
      <w:sdt>
        <w:sdtPr>
          <w:rPr>
            <w:rFonts w:ascii="Arial" w:hAnsi="Arial" w:cs="Arial"/>
            <w:sz w:val="22"/>
          </w:rPr>
          <w:tag w:val="field_1075"/>
          <w:id w:val="1075"/>
          <w:showingPlcHdr/>
          <w:text w:multiLine="1"/>
        </w:sdtPr>
        <w:sdtEndPr/>
        <w:sdtContent>
          <w:r w:rsidR="00076B6F"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32139EFF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Välisrahastuse projekti nimetus ja tunnus:  </w:t>
      </w:r>
      <w:sdt>
        <w:sdtPr>
          <w:rPr>
            <w:rFonts w:ascii="Arial" w:hAnsi="Arial" w:cs="Arial"/>
            <w:sz w:val="22"/>
          </w:rPr>
          <w:tag w:val="field_1076"/>
          <w:id w:val="1076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35C766AB" w14:textId="77777777" w:rsidR="00EF7742" w:rsidRPr="00AF0CE2" w:rsidRDefault="00B239A0">
      <w:pPr>
        <w:rPr>
          <w:rFonts w:ascii="Arial" w:hAnsi="Arial" w:cs="Arial"/>
          <w:sz w:val="22"/>
        </w:rPr>
      </w:pPr>
      <w:sdt>
        <w:sdtPr>
          <w:rPr>
            <w:rFonts w:ascii="Arial" w:hAnsi="Arial" w:cs="Arial"/>
            <w:sz w:val="22"/>
          </w:rPr>
          <w:tag w:val="checkbox_1077"/>
          <w:id w:val="1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6B6F" w:rsidRPr="00AF0CE2">
            <w:rPr>
              <w:rFonts w:ascii="Segoe UI Symbol" w:hAnsi="Segoe UI Symbol" w:cs="Segoe UI Symbol"/>
              <w:sz w:val="22"/>
            </w:rPr>
            <w:t>☐</w:t>
          </w:r>
        </w:sdtContent>
      </w:sdt>
      <w:r w:rsidR="00076B6F" w:rsidRPr="00AF0CE2">
        <w:rPr>
          <w:rFonts w:ascii="Arial" w:hAnsi="Arial" w:cs="Arial"/>
          <w:sz w:val="22"/>
        </w:rPr>
        <w:t xml:space="preserve"> Palume küsida vähemalt kolm võrreldavat pakkumust vastavalt projekti tingimustele</w:t>
      </w:r>
    </w:p>
    <w:p w14:paraId="3DBA7348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>Kui kolme pakkumust ei ole võimalik saada, palume esitada põhjendus ja info, kellelt pakkumusi küsiti.</w:t>
      </w:r>
    </w:p>
    <w:p w14:paraId="34E55DBC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Muud projekti, dokumenteerimise, arveldamise või teavitamise nõuded:  </w:t>
      </w:r>
      <w:sdt>
        <w:sdtPr>
          <w:rPr>
            <w:rFonts w:ascii="Arial" w:hAnsi="Arial" w:cs="Arial"/>
            <w:sz w:val="22"/>
          </w:rPr>
          <w:tag w:val="field_1078"/>
          <w:id w:val="1078"/>
          <w:showingPlcHdr/>
          <w:text w:multiLine="1"/>
        </w:sdtPr>
        <w:sdtEndPr/>
        <w:sdtContent>
          <w:r w:rsidRPr="00AF0CE2">
            <w:rPr>
              <w:rFonts w:ascii="Arial" w:hAnsi="Arial" w:cs="Arial"/>
              <w:sz w:val="22"/>
            </w:rPr>
            <w:t>Klõpsa siia ja sisesta tekst</w:t>
          </w:r>
        </w:sdtContent>
      </w:sdt>
    </w:p>
    <w:p w14:paraId="5E49C133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8. Hinnapakkumuse esitamine</w:t>
      </w:r>
    </w:p>
    <w:p w14:paraId="4E859B71" w14:textId="1C385011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Pakkumuse esitamise tähtaeg:  </w:t>
      </w:r>
      <w:sdt>
        <w:sdtPr>
          <w:rPr>
            <w:rFonts w:ascii="Arial" w:hAnsi="Arial" w:cs="Arial"/>
            <w:sz w:val="22"/>
          </w:rPr>
          <w:tag w:val="field_1079"/>
          <w:id w:val="1079"/>
          <w:text w:multiLine="1"/>
        </w:sdtPr>
        <w:sdtEndPr/>
        <w:sdtContent>
          <w:r w:rsidR="00B239A0">
            <w:rPr>
              <w:rFonts w:ascii="Arial" w:hAnsi="Arial" w:cs="Arial"/>
              <w:sz w:val="22"/>
            </w:rPr>
            <w:t>2.11</w:t>
          </w:r>
        </w:sdtContent>
      </w:sdt>
    </w:p>
    <w:p w14:paraId="76A916B0" w14:textId="77777777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>Palume pakkumuses esitada teenusepakkujate nimed ja kontaktandmed; koha nimi, aadress ja veebilingid; ruumide maksumus; toitlustuse tingimused ja hind inimese kohta; inventari, tehnika, majutuse ning muude teenuste maksumus; parkimistingimused; sisseostuhinnad, 16% teenustasu ja käibemaks eraldi.</w:t>
      </w:r>
    </w:p>
    <w:p w14:paraId="4FD85992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9. Tellija kontaktandmed</w:t>
      </w:r>
    </w:p>
    <w:p w14:paraId="39F104CA" w14:textId="547EBD9A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Tellimuse esitaja nimi ja üksus:  </w:t>
      </w:r>
      <w:sdt>
        <w:sdtPr>
          <w:rPr>
            <w:rFonts w:ascii="Arial" w:hAnsi="Arial" w:cs="Arial"/>
            <w:sz w:val="22"/>
          </w:rPr>
          <w:tag w:val="field_1080"/>
          <w:id w:val="1080"/>
          <w:text w:multiLine="1"/>
        </w:sdtPr>
        <w:sdtEndPr/>
        <w:sdtContent>
          <w:r w:rsidR="00B80A3D">
            <w:rPr>
              <w:rFonts w:ascii="Arial" w:hAnsi="Arial" w:cs="Arial"/>
              <w:sz w:val="22"/>
            </w:rPr>
            <w:t xml:space="preserve">Laura Kane, laste heaolu osakond, KLAT ja SRT </w:t>
          </w:r>
        </w:sdtContent>
      </w:sdt>
    </w:p>
    <w:p w14:paraId="6E518F8C" w14:textId="0F84E6DA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Töö e-posti aadress:  </w:t>
      </w:r>
      <w:sdt>
        <w:sdtPr>
          <w:rPr>
            <w:rFonts w:ascii="Arial" w:hAnsi="Arial" w:cs="Arial"/>
            <w:sz w:val="22"/>
          </w:rPr>
          <w:tag w:val="field_1081"/>
          <w:id w:val="1081"/>
          <w:text w:multiLine="1"/>
        </w:sdtPr>
        <w:sdtEndPr/>
        <w:sdtContent>
          <w:r w:rsidR="00B80A3D">
            <w:rPr>
              <w:rFonts w:ascii="Arial" w:hAnsi="Arial" w:cs="Arial"/>
              <w:sz w:val="22"/>
            </w:rPr>
            <w:t>laura.kane@sotsiaalkindlustusamet.ee</w:t>
          </w:r>
        </w:sdtContent>
      </w:sdt>
    </w:p>
    <w:p w14:paraId="49FCE9B7" w14:textId="15089B55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Telefon:  </w:t>
      </w:r>
      <w:sdt>
        <w:sdtPr>
          <w:rPr>
            <w:rFonts w:ascii="Arial" w:hAnsi="Arial" w:cs="Arial"/>
            <w:sz w:val="22"/>
          </w:rPr>
          <w:tag w:val="field_1082"/>
          <w:id w:val="1082"/>
          <w:text w:multiLine="1"/>
        </w:sdtPr>
        <w:sdtEndPr/>
        <w:sdtContent>
          <w:r w:rsidR="00B80A3D" w:rsidRPr="00B80A3D">
            <w:rPr>
              <w:rFonts w:ascii="Arial" w:hAnsi="Arial" w:cs="Arial" w:hint="eastAsia"/>
              <w:sz w:val="22"/>
            </w:rPr>
            <w:t>53079517</w:t>
          </w:r>
        </w:sdtContent>
      </w:sdt>
    </w:p>
    <w:p w14:paraId="069EF510" w14:textId="41DD1F7E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Ürituse korralduslik kontaktisik (kui erinev):  </w:t>
      </w:r>
      <w:sdt>
        <w:sdtPr>
          <w:rPr>
            <w:rFonts w:ascii="Arial" w:hAnsi="Arial" w:cs="Arial"/>
            <w:sz w:val="22"/>
          </w:rPr>
          <w:tag w:val="field_1083"/>
          <w:id w:val="1083"/>
          <w:text w:multiLine="1"/>
        </w:sdtPr>
        <w:sdtEndPr/>
        <w:sdtContent>
          <w:r w:rsidR="00B80A3D" w:rsidRPr="00B80A3D">
            <w:rPr>
              <w:rFonts w:ascii="Arial" w:hAnsi="Arial" w:cs="Arial"/>
              <w:sz w:val="22"/>
            </w:rPr>
            <w:t xml:space="preserve">kohapealne kontakt Gerli Brifk </w:t>
          </w:r>
          <w:r w:rsidR="00B80A3D" w:rsidRPr="00B80A3D">
            <w:rPr>
              <w:rFonts w:ascii="Arial" w:hAnsi="Arial" w:cs="Arial" w:hint="eastAsia"/>
              <w:sz w:val="22"/>
            </w:rPr>
            <w:t>5558 8795</w:t>
          </w:r>
        </w:sdtContent>
      </w:sdt>
    </w:p>
    <w:p w14:paraId="1B2C29A7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10. Täiendav teave</w:t>
      </w:r>
    </w:p>
    <w:p w14:paraId="0846A00C" w14:textId="4ACD812C" w:rsidR="00EF7742" w:rsidRPr="00AF0CE2" w:rsidRDefault="00076B6F">
      <w:pPr>
        <w:rPr>
          <w:rFonts w:ascii="Arial" w:hAnsi="Arial" w:cs="Arial"/>
          <w:sz w:val="22"/>
        </w:rPr>
      </w:pPr>
      <w:r w:rsidRPr="00AF0CE2">
        <w:rPr>
          <w:rFonts w:ascii="Arial" w:hAnsi="Arial" w:cs="Arial"/>
          <w:b/>
          <w:sz w:val="22"/>
        </w:rPr>
        <w:t xml:space="preserve">Muud olulised soovid, piirangud ja täpsustused:  </w:t>
      </w:r>
      <w:sdt>
        <w:sdtPr>
          <w:rPr>
            <w:rFonts w:ascii="Arial" w:hAnsi="Arial" w:cs="Arial"/>
            <w:sz w:val="22"/>
          </w:rPr>
          <w:tag w:val="field_1084"/>
          <w:id w:val="1084"/>
          <w:text w:multiLine="1"/>
        </w:sdtPr>
        <w:sdtEndPr/>
        <w:sdtContent>
          <w:r w:rsidR="00B80A3D">
            <w:rPr>
              <w:rFonts w:ascii="Arial" w:hAnsi="Arial" w:cs="Arial"/>
              <w:sz w:val="22"/>
            </w:rPr>
            <w:t>Territoorimile ei pääse sisse iseseisvalt. Vajalik on kohapealse kontaktiga ühendust võtta ja tema juhatab õigesse kohta.</w:t>
          </w:r>
        </w:sdtContent>
      </w:sdt>
    </w:p>
    <w:p w14:paraId="18769E90" w14:textId="77777777" w:rsidR="00EF7742" w:rsidRPr="00AF0CE2" w:rsidRDefault="00076B6F">
      <w:pPr>
        <w:pStyle w:val="Pealkiri1"/>
        <w:rPr>
          <w:rFonts w:ascii="Arial" w:hAnsi="Arial" w:cs="Arial"/>
          <w:szCs w:val="22"/>
        </w:rPr>
      </w:pPr>
      <w:r w:rsidRPr="00AF0CE2">
        <w:rPr>
          <w:rFonts w:ascii="Arial" w:hAnsi="Arial" w:cs="Arial"/>
          <w:szCs w:val="22"/>
        </w:rPr>
        <w:t>Oluline teada</w:t>
      </w:r>
    </w:p>
    <w:p w14:paraId="19ADC89D" w14:textId="77777777" w:rsidR="00EF7742" w:rsidRPr="00AF0CE2" w:rsidRDefault="00076B6F">
      <w:pPr>
        <w:pStyle w:val="Loenditpp"/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>Hinnapäring ei tähenda teenuse tellimist. Tellimus antakse töösse pärast tellija kirjalikku kinnitust.</w:t>
      </w:r>
    </w:p>
    <w:p w14:paraId="3AF601C2" w14:textId="77777777" w:rsidR="00EF7742" w:rsidRPr="00AF0CE2" w:rsidRDefault="00076B6F">
      <w:pPr>
        <w:pStyle w:val="Loenditpp"/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>Tellimustele maksumusega alates 10 000 € (käibemaksuta) tuleb sõlmida kirjalik leping.</w:t>
      </w:r>
    </w:p>
    <w:p w14:paraId="0AAE3756" w14:textId="77777777" w:rsidR="00EF7742" w:rsidRPr="00AF0CE2" w:rsidRDefault="00076B6F">
      <w:pPr>
        <w:pStyle w:val="Loenditpp"/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>Teenuseosutaja kinnitab hinnapäringu kättesaamise hiljemalt järgmisel tööpäeval.</w:t>
      </w:r>
    </w:p>
    <w:p w14:paraId="588D9922" w14:textId="77777777" w:rsidR="00EF7742" w:rsidRPr="00AF0CE2" w:rsidRDefault="00076B6F">
      <w:pPr>
        <w:pStyle w:val="Loenditpp"/>
        <w:rPr>
          <w:rFonts w:ascii="Arial" w:hAnsi="Arial" w:cs="Arial"/>
          <w:sz w:val="22"/>
        </w:rPr>
      </w:pPr>
      <w:r w:rsidRPr="00AF0CE2">
        <w:rPr>
          <w:rFonts w:ascii="Arial" w:hAnsi="Arial" w:cs="Arial"/>
          <w:sz w:val="22"/>
        </w:rPr>
        <w:t>Tellimusega seotud kirjavahetus säilitatakse Deltas asjakohases toimikus.</w:t>
      </w:r>
    </w:p>
    <w:sectPr w:rsidR="00EF7742" w:rsidRPr="00AF0CE2" w:rsidSect="00034616">
      <w:footerReference w:type="default" r:id="rId8"/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B7A9E" w14:textId="77777777" w:rsidR="00ED06C0" w:rsidRDefault="00ED06C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7A5DB93" w14:textId="77777777" w:rsidR="00ED06C0" w:rsidRDefault="00ED06C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BCE95" w14:textId="77777777" w:rsidR="00EF7742" w:rsidRDefault="00076B6F">
    <w:pPr>
      <w:pStyle w:val="Jalus"/>
      <w:jc w:val="center"/>
      <w:rPr>
        <w:rFonts w:hint="eastAsia"/>
      </w:rPr>
    </w:pPr>
    <w:r>
      <w:rPr>
        <w:sz w:val="16"/>
      </w:rPr>
      <w:t>SKA  •  Ürituse korraldamise hinnapäring  •  303358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CD4DB" w14:textId="77777777" w:rsidR="00ED06C0" w:rsidRDefault="00ED06C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186C70" w14:textId="77777777" w:rsidR="00ED06C0" w:rsidRDefault="00ED06C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AAB"/>
    <w:rsid w:val="00034616"/>
    <w:rsid w:val="0006063C"/>
    <w:rsid w:val="00076B6F"/>
    <w:rsid w:val="0015074B"/>
    <w:rsid w:val="0029639D"/>
    <w:rsid w:val="00326F90"/>
    <w:rsid w:val="007626AA"/>
    <w:rsid w:val="00AA1D8D"/>
    <w:rsid w:val="00AF0CE2"/>
    <w:rsid w:val="00B239A0"/>
    <w:rsid w:val="00B47730"/>
    <w:rsid w:val="00B80A3D"/>
    <w:rsid w:val="00CB0664"/>
    <w:rsid w:val="00CB0E09"/>
    <w:rsid w:val="00CC595E"/>
    <w:rsid w:val="00CD0388"/>
    <w:rsid w:val="00ED06C0"/>
    <w:rsid w:val="00EF77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DC364"/>
  <w14:defaultImageDpi w14:val="300"/>
  <w15:docId w15:val="{E0A4E70B-1B80-4168-9794-5B752F71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4569"/>
      <w:sz w:val="22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4569"/>
      <w:spacing w:val="5"/>
      <w:kern w:val="28"/>
      <w:sz w:val="34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813</Words>
  <Characters>4718</Characters>
  <Application>Microsoft Office Word</Application>
  <DocSecurity>4</DocSecurity>
  <Lines>39</Lines>
  <Paragraphs>11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Laura Kane</cp:lastModifiedBy>
  <cp:revision>2</cp:revision>
  <dcterms:created xsi:type="dcterms:W3CDTF">2026-11-02T08:23:00Z</dcterms:created>
  <dcterms:modified xsi:type="dcterms:W3CDTF">2026-11-02T08:23:00Z</dcterms:modified>
  <cp:category/>
</cp:coreProperties>
</file>